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16D" w:rsidRDefault="00653BE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20B19C">
            <wp:simplePos x="0" y="0"/>
            <wp:positionH relativeFrom="column">
              <wp:posOffset>285750</wp:posOffset>
            </wp:positionH>
            <wp:positionV relativeFrom="paragraph">
              <wp:posOffset>-134620</wp:posOffset>
            </wp:positionV>
            <wp:extent cx="1359526" cy="82303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mmitted to Excellence 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9526" cy="823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3911">
        <w:rPr>
          <w:b/>
          <w:color w:val="004E7C"/>
          <w:sz w:val="44"/>
        </w:rPr>
        <w:t>Westside Middle School</w:t>
      </w:r>
    </w:p>
    <w:p w:rsidR="0028716D" w:rsidRDefault="00313911">
      <w:pPr>
        <w:jc w:val="center"/>
      </w:pPr>
      <w:r>
        <w:rPr>
          <w:b/>
          <w:color w:val="004E7C"/>
          <w:sz w:val="32"/>
        </w:rPr>
        <w:t>2025-2026 Cummulative Operations Scorecard Results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352"/>
        <w:gridCol w:w="5328"/>
      </w:tblGrid>
      <w:tr w:rsidR="0028716D">
        <w:trPr>
          <w:jc w:val="center"/>
        </w:trPr>
        <w:tc>
          <w:tcPr>
            <w:tcW w:w="5328" w:type="dxa"/>
            <w:shd w:val="clear" w:color="auto" w:fill="004E7C"/>
            <w:vAlign w:val="center"/>
          </w:tcPr>
          <w:p w:rsidR="0028716D" w:rsidRDefault="00313911">
            <w:r>
              <w:rPr>
                <w:b/>
                <w:color w:val="FFFFFF"/>
                <w:sz w:val="24"/>
              </w:rPr>
              <w:t>Scoring Department</w:t>
            </w:r>
          </w:p>
        </w:tc>
        <w:tc>
          <w:tcPr>
            <w:tcW w:w="5328" w:type="dxa"/>
            <w:shd w:val="clear" w:color="auto" w:fill="004E7C"/>
            <w:vAlign w:val="center"/>
          </w:tcPr>
          <w:p w:rsidR="0028716D" w:rsidRDefault="00313911">
            <w:pPr>
              <w:jc w:val="center"/>
            </w:pPr>
            <w:r>
              <w:rPr>
                <w:b/>
                <w:color w:val="FFFFFF"/>
                <w:sz w:val="24"/>
              </w:rPr>
              <w:t>Score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653BED">
            <w:r>
              <w:t>Cumulative Score out of 5 possible points</w:t>
            </w:r>
            <w:bookmarkStart w:id="0" w:name="_GoBack"/>
            <w:bookmarkEnd w:id="0"/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4.02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Exceptional Education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1.00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Safety and Security Team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1.00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ESL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0.50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RTI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0.50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Federal Programs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0.44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SIM Team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0.25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Office of Charter Schools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0.23</w:t>
            </w:r>
          </w:p>
        </w:tc>
      </w:tr>
      <w:tr w:rsidR="0028716D">
        <w:trPr>
          <w:jc w:val="center"/>
        </w:trPr>
        <w:tc>
          <w:tcPr>
            <w:tcW w:w="8352" w:type="dxa"/>
            <w:vAlign w:val="center"/>
          </w:tcPr>
          <w:p w:rsidR="0028716D" w:rsidRDefault="00313911">
            <w:r>
              <w:t>Human Resources</w:t>
            </w:r>
          </w:p>
        </w:tc>
        <w:tc>
          <w:tcPr>
            <w:tcW w:w="2160" w:type="dxa"/>
            <w:vAlign w:val="center"/>
          </w:tcPr>
          <w:p w:rsidR="0028716D" w:rsidRDefault="00313911">
            <w:pPr>
              <w:jc w:val="center"/>
            </w:pPr>
            <w:r>
              <w:t>0.10</w:t>
            </w:r>
          </w:p>
        </w:tc>
      </w:tr>
    </w:tbl>
    <w:p w:rsidR="00653BED" w:rsidRDefault="00653BED" w:rsidP="00653BED">
      <w:pPr>
        <w:jc w:val="center"/>
      </w:pPr>
    </w:p>
    <w:p w:rsidR="00313911" w:rsidRDefault="00653BED" w:rsidP="00653BED">
      <w:pPr>
        <w:jc w:val="center"/>
      </w:pPr>
      <w:r>
        <w:t>Principal Dr. LaWanda M. Clark</w:t>
      </w:r>
    </w:p>
    <w:sectPr w:rsidR="00313911" w:rsidSect="00653BED">
      <w:pgSz w:w="15840" w:h="12240" w:orient="landscape"/>
      <w:pgMar w:top="792" w:right="720" w:bottom="79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716D"/>
    <w:rsid w:val="0029639D"/>
    <w:rsid w:val="00313911"/>
    <w:rsid w:val="00326F90"/>
    <w:rsid w:val="00653BE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D86A3"/>
  <w14:defaultImageDpi w14:val="300"/>
  <w15:docId w15:val="{4402E5B3-8996-4DB3-B3CB-F0A50AEB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BCCB82-056D-433D-9520-6BD20AD5F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Lawanda Clark</cp:lastModifiedBy>
  <cp:revision>2</cp:revision>
  <dcterms:created xsi:type="dcterms:W3CDTF">2026-10-07T14:14:00Z</dcterms:created>
  <dcterms:modified xsi:type="dcterms:W3CDTF">2026-10-07T14:14:00Z</dcterms:modified>
  <cp:category/>
</cp:coreProperties>
</file>